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0EEC4" w14:textId="77777777" w:rsidR="00AB685C" w:rsidRDefault="00AB685C">
      <w:pPr>
        <w:pStyle w:val="Titre"/>
        <w:rPr>
          <w:rFonts w:ascii="Times New Roman" w:hAnsi="Times New Roman" w:cs="Times New Roman"/>
          <w:sz w:val="24"/>
          <w:szCs w:val="24"/>
          <w:lang w:val="fr-FR"/>
        </w:rPr>
      </w:pPr>
    </w:p>
    <w:p w14:paraId="2619D41A" w14:textId="2A4F208C" w:rsidR="00AB685C" w:rsidRDefault="00AB685C" w:rsidP="00AB685C">
      <w:pPr>
        <w:pStyle w:val="Titre"/>
        <w:jc w:val="center"/>
        <w:rPr>
          <w:rFonts w:ascii="Times New Roman" w:hAnsi="Times New Roman" w:cs="Times New Roman"/>
          <w:sz w:val="24"/>
          <w:szCs w:val="24"/>
          <w:lang w:val="fr-FR"/>
        </w:rPr>
      </w:pPr>
      <w:bookmarkStart w:id="0" w:name="_Hlk211956326"/>
      <w:r w:rsidRPr="00E13F7E">
        <w:rPr>
          <w:rFonts w:ascii="Britannic Bold" w:hAnsi="Britannic Bold"/>
          <w:noProof/>
        </w:rPr>
        <w:drawing>
          <wp:inline distT="0" distB="0" distL="0" distR="0" wp14:anchorId="47EAB92B" wp14:editId="4A11DCC4">
            <wp:extent cx="1794510" cy="144716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4510" cy="1447165"/>
                    </a:xfrm>
                    <a:prstGeom prst="rect">
                      <a:avLst/>
                    </a:prstGeom>
                    <a:noFill/>
                    <a:ln>
                      <a:noFill/>
                    </a:ln>
                  </pic:spPr>
                </pic:pic>
              </a:graphicData>
            </a:graphic>
          </wp:inline>
        </w:drawing>
      </w:r>
      <w:bookmarkEnd w:id="0"/>
    </w:p>
    <w:p w14:paraId="63BF8CD7" w14:textId="6317E0D9" w:rsidR="00AD40AE" w:rsidRPr="00AB685C" w:rsidRDefault="00000000" w:rsidP="00AB685C">
      <w:pPr>
        <w:pStyle w:val="Titre"/>
        <w:jc w:val="center"/>
        <w:rPr>
          <w:rFonts w:ascii="Britannic Bold" w:hAnsi="Britannic Bold" w:cs="Times New Roman"/>
          <w:sz w:val="24"/>
          <w:szCs w:val="24"/>
          <w:lang w:val="fr-FR"/>
        </w:rPr>
      </w:pPr>
      <w:r w:rsidRPr="00AB685C">
        <w:rPr>
          <w:rFonts w:ascii="Britannic Bold" w:hAnsi="Britannic Bold" w:cs="Times New Roman"/>
          <w:sz w:val="24"/>
          <w:szCs w:val="24"/>
          <w:lang w:val="fr-FR"/>
        </w:rPr>
        <w:t>QUESTIONNAIRE PRÉALABLE D’ANALYSE DES BESOINS</w:t>
      </w:r>
    </w:p>
    <w:p w14:paraId="468AF942" w14:textId="5571795C"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BILAN DE COMPÉTENCE</w:t>
      </w:r>
      <w:r w:rsidR="00AB685C">
        <w:rPr>
          <w:rFonts w:ascii="Times New Roman" w:hAnsi="Times New Roman" w:cs="Times New Roman"/>
          <w:sz w:val="24"/>
          <w:szCs w:val="24"/>
          <w:lang w:val="fr-FR"/>
        </w:rPr>
        <w:t>S</w:t>
      </w:r>
    </w:p>
    <w:p w14:paraId="5C893B0E"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Ruthy Harros | Psychologue du travail &amp; clinicienne | Consultante en bilan de compétences</w:t>
      </w:r>
    </w:p>
    <w:p w14:paraId="17AB7F60" w14:textId="77777777" w:rsidR="00AD40AE" w:rsidRPr="00AB685C" w:rsidRDefault="00000000">
      <w:pPr>
        <w:pStyle w:val="Titre1"/>
        <w:rPr>
          <w:rFonts w:ascii="Times New Roman" w:hAnsi="Times New Roman" w:cs="Times New Roman"/>
          <w:sz w:val="24"/>
          <w:szCs w:val="24"/>
          <w:lang w:val="fr-FR"/>
        </w:rPr>
      </w:pPr>
      <w:r w:rsidRPr="00AB685C">
        <w:rPr>
          <w:rFonts w:ascii="Times New Roman" w:hAnsi="Times New Roman" w:cs="Times New Roman"/>
          <w:sz w:val="24"/>
          <w:szCs w:val="24"/>
          <w:lang w:val="fr-FR"/>
        </w:rPr>
        <w:t>Bienvenue — Un moment pour vous</w:t>
      </w:r>
    </w:p>
    <w:p w14:paraId="29423FF2"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Vous envisagez de réaliser un bilan de compétences et je vous remercie de votre confiance. Ce questionnaire est un premier espace de réflexion : il me permettra de comprendre votre parcours, vos satisfactions, vos aspirations et vos questionnements. Il nous aidera à préparer un échange adapté à votre situation.</w:t>
      </w:r>
    </w:p>
    <w:p w14:paraId="6D9BF7FC"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Il n’y a ni bonnes ni mauvaises réponses. Répondez spontanément, avec vos mots. Vous pouvez laisser de côté une question que vous préférez aborder oralement. Ce questionnaire ne constitue ni une inscription ni un engagement. Temps indicatif : 15 à 20 minutes.</w:t>
      </w:r>
    </w:p>
    <w:p w14:paraId="13856CEB" w14:textId="77777777" w:rsidR="00AD40AE" w:rsidRPr="00AB685C" w:rsidRDefault="00000000">
      <w:pPr>
        <w:pStyle w:val="Titre1"/>
        <w:rPr>
          <w:rFonts w:ascii="Times New Roman" w:hAnsi="Times New Roman" w:cs="Times New Roman"/>
          <w:sz w:val="24"/>
          <w:szCs w:val="24"/>
          <w:lang w:val="fr-FR"/>
        </w:rPr>
      </w:pPr>
      <w:r w:rsidRPr="00AB685C">
        <w:rPr>
          <w:rFonts w:ascii="Times New Roman" w:hAnsi="Times New Roman" w:cs="Times New Roman"/>
          <w:sz w:val="24"/>
          <w:szCs w:val="24"/>
          <w:lang w:val="fr-FR"/>
        </w:rPr>
        <w:t>1. Faisons connaissance</w:t>
      </w:r>
    </w:p>
    <w:p w14:paraId="00B03C48"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Nom et prénom :  ........................................................................................</w:t>
      </w:r>
    </w:p>
    <w:p w14:paraId="04053F85"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Adresse e-mail :  ........................................................................................</w:t>
      </w:r>
    </w:p>
    <w:p w14:paraId="58628EFB"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Téléphone :  ........................................................................................</w:t>
      </w:r>
    </w:p>
    <w:p w14:paraId="58142B53"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Métier / dernière fonction :  ........................................................................................</w:t>
      </w:r>
    </w:p>
    <w:p w14:paraId="18CEFE93"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Secteur d’activité :  ........................................................................................</w:t>
      </w:r>
    </w:p>
    <w:p w14:paraId="580904B3"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 xml:space="preserve">Situation :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Salarié(e)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Indépendant(e)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Recherche d’emploi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Arrêt de travail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Transition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Autre</w:t>
      </w:r>
    </w:p>
    <w:p w14:paraId="6D0622D0"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 xml:space="preserve">Avez-vous déjà réalisé un bilan de compétences ?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Oui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Non   Si oui, à quelle période ? ........................</w:t>
      </w:r>
    </w:p>
    <w:p w14:paraId="1F7272F6"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Qu’en avez-vous principalement retiré ? ................................................................................................</w:t>
      </w:r>
    </w:p>
    <w:p w14:paraId="04B10257" w14:textId="77777777" w:rsidR="00AD40AE" w:rsidRPr="00AB685C" w:rsidRDefault="00000000">
      <w:pPr>
        <w:pStyle w:val="Titre1"/>
        <w:rPr>
          <w:rFonts w:ascii="Times New Roman" w:hAnsi="Times New Roman" w:cs="Times New Roman"/>
          <w:sz w:val="24"/>
          <w:szCs w:val="24"/>
          <w:lang w:val="fr-FR"/>
        </w:rPr>
      </w:pPr>
      <w:r w:rsidRPr="00AB685C">
        <w:rPr>
          <w:rFonts w:ascii="Times New Roman" w:hAnsi="Times New Roman" w:cs="Times New Roman"/>
          <w:sz w:val="24"/>
          <w:szCs w:val="24"/>
          <w:lang w:val="fr-FR"/>
        </w:rPr>
        <w:t>2. Votre situation professionnelle</w:t>
      </w:r>
    </w:p>
    <w:p w14:paraId="15B37536"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1. Qu’est-ce qui vous amène à envisager un bilan de compétences aujourd’hui ?</w:t>
      </w:r>
    </w:p>
    <w:p w14:paraId="20A45589"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Plusieurs réponses possibles. Pourquoi cette démarche vous semble-t-elle importante maintenant ?</w:t>
      </w:r>
    </w:p>
    <w:p w14:paraId="5B723618"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lastRenderedPageBreak/>
        <w:t>☐</w:t>
      </w:r>
      <w:r w:rsidRPr="00AB685C">
        <w:rPr>
          <w:rFonts w:ascii="Times New Roman" w:hAnsi="Times New Roman" w:cs="Times New Roman"/>
          <w:sz w:val="24"/>
          <w:szCs w:val="24"/>
          <w:lang w:val="fr-FR"/>
        </w:rPr>
        <w:t xml:space="preserve"> Envie d’évolution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Reconversion</w:t>
      </w:r>
    </w:p>
    <w:p w14:paraId="479221F1"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Perte de sens ou de motivation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Fatigue / épuisement</w:t>
      </w:r>
    </w:p>
    <w:p w14:paraId="4C2CF19E"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Difficultés dans mon environnement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Manque de reconnaissance</w:t>
      </w:r>
    </w:p>
    <w:p w14:paraId="733E16C8"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Transition / changement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Retour à l’emploi</w:t>
      </w:r>
    </w:p>
    <w:p w14:paraId="2FFCF570" w14:textId="661B25BF"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Valoriser mes compétences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Envie d’entreprendre</w:t>
      </w:r>
      <w:r w:rsidR="00AB685C" w:rsidRPr="00AB685C">
        <w:rPr>
          <w:rFonts w:ascii="Times New Roman" w:hAnsi="Times New Roman" w:cs="Times New Roman"/>
          <w:sz w:val="24"/>
          <w:szCs w:val="24"/>
          <w:lang w:val="fr-FR"/>
        </w:rPr>
        <w:t xml:space="preserve">   </w:t>
      </w:r>
      <w:r w:rsidR="00AB685C" w:rsidRPr="00AB685C">
        <w:rPr>
          <w:rFonts w:ascii="Segoe UI Symbol" w:hAnsi="Segoe UI Symbol" w:cs="Segoe UI Symbol"/>
          <w:sz w:val="24"/>
          <w:szCs w:val="24"/>
          <w:lang w:val="fr-FR"/>
        </w:rPr>
        <w:t>☐</w:t>
      </w:r>
      <w:r w:rsidR="00AB685C" w:rsidRPr="00AB685C">
        <w:rPr>
          <w:rFonts w:ascii="Times New Roman" w:hAnsi="Times New Roman" w:cs="Times New Roman"/>
          <w:sz w:val="24"/>
          <w:szCs w:val="24"/>
          <w:lang w:val="fr-FR"/>
        </w:rPr>
        <w:t xml:space="preserve"> Difficulté à se projeter</w:t>
      </w:r>
    </w:p>
    <w:p w14:paraId="16608A0E"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Questionnement sur mon avenir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Autre</w:t>
      </w:r>
    </w:p>
    <w:p w14:paraId="109CEFB0"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6FA3FA0B"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2. Qu’est-ce qui vous apporte, ou vous a apporté, le plus de satisfaction dans votre travail ?</w:t>
      </w:r>
    </w:p>
    <w:p w14:paraId="00BC604D"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Qu’aimeriez-vous préserver pour la suite ?</w:t>
      </w:r>
    </w:p>
    <w:p w14:paraId="55C71774"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Missions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Relations humaines</w:t>
      </w:r>
    </w:p>
    <w:p w14:paraId="51DBA0CC"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Autonomie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Responsabilités</w:t>
      </w:r>
    </w:p>
    <w:p w14:paraId="71B48760"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Créativité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Apprentissage</w:t>
      </w:r>
    </w:p>
    <w:p w14:paraId="35BA62D7"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Reconnaissance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Sentiment d’utilité</w:t>
      </w:r>
    </w:p>
    <w:p w14:paraId="4A6E9A69"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Rémunération / sécurité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Équilibre de vie</w:t>
      </w:r>
    </w:p>
    <w:p w14:paraId="102692DA"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Autre</w:t>
      </w:r>
    </w:p>
    <w:p w14:paraId="32DC6D78"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4D6057E1"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3. Quels aspects de votre vie professionnelle souhaiteriez-vous voir évoluer ?</w:t>
      </w:r>
    </w:p>
    <w:p w14:paraId="041830ED"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Contenu du travail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Relations professionnelles</w:t>
      </w:r>
    </w:p>
    <w:p w14:paraId="2F19B3F0"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Management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Charge / rythme</w:t>
      </w:r>
    </w:p>
    <w:p w14:paraId="0818CEBD"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Reconnaissance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Perspectives d’évolution</w:t>
      </w:r>
    </w:p>
    <w:p w14:paraId="3ABFE640"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Rémunération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Équilibre de vie</w:t>
      </w:r>
    </w:p>
    <w:p w14:paraId="6EF10AED"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Valeurs de l’entreprise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Conditions de travail</w:t>
      </w:r>
    </w:p>
    <w:p w14:paraId="303D1298"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Autre</w:t>
      </w:r>
    </w:p>
    <w:p w14:paraId="31FF2BA9"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4. Votre environnement professionnel actuel ou passé influence-t-il votre envie de changement ?</w:t>
      </w:r>
    </w:p>
    <w:p w14:paraId="253AAF17"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Si vous le souhaitez, précisez les éléments importants. Vous n’avez pas à qualifier juridiquement une situation.</w:t>
      </w:r>
    </w:p>
    <w:p w14:paraId="575BBDC6"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Oui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Non</w:t>
      </w:r>
    </w:p>
    <w:p w14:paraId="758C4C83"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En partie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Je ne sais pas</w:t>
      </w:r>
    </w:p>
    <w:p w14:paraId="226039E6"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6099ED37" w14:textId="77777777" w:rsidR="00AD40AE" w:rsidRPr="00AB685C" w:rsidRDefault="00000000">
      <w:pPr>
        <w:pStyle w:val="Titre1"/>
        <w:rPr>
          <w:rFonts w:ascii="Times New Roman" w:hAnsi="Times New Roman" w:cs="Times New Roman"/>
          <w:sz w:val="24"/>
          <w:szCs w:val="24"/>
          <w:lang w:val="fr-FR"/>
        </w:rPr>
      </w:pPr>
      <w:r w:rsidRPr="00AB685C">
        <w:rPr>
          <w:rFonts w:ascii="Times New Roman" w:hAnsi="Times New Roman" w:cs="Times New Roman"/>
          <w:sz w:val="24"/>
          <w:szCs w:val="24"/>
          <w:lang w:val="fr-FR"/>
        </w:rPr>
        <w:lastRenderedPageBreak/>
        <w:t>3. Vos aspirations et votre vision de la réussite</w:t>
      </w:r>
    </w:p>
    <w:p w14:paraId="0C2E4DD2"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5. Quelles questions vous posez-vous aujourd’hui sur votre avenir professionnel ?</w:t>
      </w:r>
    </w:p>
    <w:p w14:paraId="676C27E9"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3B43FF72"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3AAB7E2C"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6. Avez-vous déjà envisagé certaines pistes d’évolution ?</w:t>
      </w:r>
    </w:p>
    <w:p w14:paraId="60143BF1"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Si vous avez déjà des idées, même floues, lesquelles ?</w:t>
      </w:r>
    </w:p>
    <w:p w14:paraId="034C8437"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Évoluer dans mon métier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Changer de poste / entreprise</w:t>
      </w:r>
    </w:p>
    <w:p w14:paraId="2978E888"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Me reconvertir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Développer mes compétences</w:t>
      </w:r>
    </w:p>
    <w:p w14:paraId="1E7D65E1"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Reprendre une formation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Créer une activité</w:t>
      </w:r>
    </w:p>
    <w:p w14:paraId="4BBA2342"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Reprendre une activité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Aucune piste précise</w:t>
      </w:r>
    </w:p>
    <w:p w14:paraId="3EE76F7F"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Autre</w:t>
      </w:r>
    </w:p>
    <w:p w14:paraId="4FAD30C7"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423533BC"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7. À quoi ressemblerait une prochaine étape professionnelle qui vous corresponde davantage ?</w:t>
      </w:r>
    </w:p>
    <w:p w14:paraId="0E0E8D4A"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Ce que vous aimeriez retrouver, développer, apprendre ou accomplir.</w:t>
      </w:r>
    </w:p>
    <w:p w14:paraId="5F4F0920"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761E0822"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792AF5B0"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8. Pour vous, que signifie « réussir professionnellement » ?</w:t>
      </w:r>
    </w:p>
    <w:p w14:paraId="00204C2A"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Avec vos mots, qu’est-ce qui vous donnerait le sentiment d’avoir réussi ?</w:t>
      </w:r>
    </w:p>
    <w:p w14:paraId="72169809"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M’épanouir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Bien gagner ma vie</w:t>
      </w:r>
    </w:p>
    <w:p w14:paraId="67D374A0"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Être reconnu(e)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Être libre / autonome</w:t>
      </w:r>
    </w:p>
    <w:p w14:paraId="362E00CE"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Me sentir utile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Préserver mon équilibre</w:t>
      </w:r>
    </w:p>
    <w:p w14:paraId="1DE1C125"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Continuer à apprendre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Avoir des responsabilités</w:t>
      </w:r>
    </w:p>
    <w:p w14:paraId="78BB67E7"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Être aligné(e) avec mes valeurs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Autre</w:t>
      </w:r>
    </w:p>
    <w:p w14:paraId="488E035A"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0B23660C" w14:textId="77777777" w:rsidR="00AD40AE" w:rsidRPr="00AB685C" w:rsidRDefault="00000000">
      <w:pPr>
        <w:pStyle w:val="Titre1"/>
        <w:rPr>
          <w:rFonts w:ascii="Times New Roman" w:hAnsi="Times New Roman" w:cs="Times New Roman"/>
          <w:sz w:val="24"/>
          <w:szCs w:val="24"/>
          <w:lang w:val="fr-FR"/>
        </w:rPr>
      </w:pPr>
      <w:r w:rsidRPr="00AB685C">
        <w:rPr>
          <w:rFonts w:ascii="Times New Roman" w:hAnsi="Times New Roman" w:cs="Times New Roman"/>
          <w:sz w:val="24"/>
          <w:szCs w:val="24"/>
          <w:lang w:val="fr-FR"/>
        </w:rPr>
        <w:t>4. Vos ressources, vos freins et votre rapport à l’argent</w:t>
      </w:r>
    </w:p>
    <w:p w14:paraId="680E7F5F"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9. Sur quelles qualités, compétences ou expériences pensez-vous pouvoir vous appuyer ?</w:t>
      </w:r>
    </w:p>
    <w:p w14:paraId="0F395561"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258D1300"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301EB9A6"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10. Qu’est-ce qui pourrait freiner votre évolution ?</w:t>
      </w:r>
    </w:p>
    <w:p w14:paraId="25C4D632"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Peur de me tromper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Manque de confiance</w:t>
      </w:r>
    </w:p>
    <w:p w14:paraId="0B59FB2F"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Syndrome de l’imposteur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Peur de l’échec</w:t>
      </w:r>
    </w:p>
    <w:p w14:paraId="1605E456"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lastRenderedPageBreak/>
        <w:t>☐</w:t>
      </w:r>
      <w:r w:rsidRPr="00AB685C">
        <w:rPr>
          <w:rFonts w:ascii="Times New Roman" w:hAnsi="Times New Roman" w:cs="Times New Roman"/>
          <w:sz w:val="24"/>
          <w:szCs w:val="24"/>
          <w:lang w:val="fr-FR"/>
        </w:rPr>
        <w:t xml:space="preserve"> Sécurité financière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Responsabilités familiales</w:t>
      </w:r>
    </w:p>
    <w:p w14:paraId="7B157BCC"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Manque de temps / énergie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Difficulté à identifier mes envies</w:t>
      </w:r>
    </w:p>
    <w:p w14:paraId="023B4909"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Regard des autres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Manque d’informations</w:t>
      </w:r>
    </w:p>
    <w:p w14:paraId="376D7E91"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Aucun frein identifié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Autre</w:t>
      </w:r>
    </w:p>
    <w:p w14:paraId="7E9D3F2A"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11. Quelle place occupent l’argent, la rémunération et la sécurité financière dans vos choix ?</w:t>
      </w:r>
    </w:p>
    <w:p w14:paraId="718D31D4"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Plus personnellement, comment décririez-vous votre rapport à l’argent ?</w:t>
      </w:r>
    </w:p>
    <w:p w14:paraId="50BD90B8"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Sécurité prioritaire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Améliorer ma rémunération</w:t>
      </w:r>
    </w:p>
    <w:p w14:paraId="1365C2AE"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Revoir mes attentes financières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Équilibre épanouissement / salaire</w:t>
      </w:r>
    </w:p>
    <w:p w14:paraId="41EA4CE6"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Frein financier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Priorités à clarifier</w:t>
      </w:r>
    </w:p>
    <w:p w14:paraId="5494FC87"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Autre</w:t>
      </w:r>
    </w:p>
    <w:p w14:paraId="72A8B33D"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4CF11017"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57030F9B"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12. Quelles contraintes concrètes pourraient influencer la faisabilité d’un futur projet ?</w:t>
      </w:r>
    </w:p>
    <w:p w14:paraId="2B7A9190"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Niveau de rémunération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Mobilité / géographie</w:t>
      </w:r>
    </w:p>
    <w:p w14:paraId="182F1C81"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Obligations familiales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Temps pour une formation</w:t>
      </w:r>
    </w:p>
    <w:p w14:paraId="62653683"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Financement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Rythme / conditions de travail</w:t>
      </w:r>
    </w:p>
    <w:p w14:paraId="5FE91B86"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Stabilité professionnelle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Aucune identifiée</w:t>
      </w:r>
    </w:p>
    <w:p w14:paraId="0CD1DF04"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Autre</w:t>
      </w:r>
    </w:p>
    <w:p w14:paraId="6A654F2D" w14:textId="77777777" w:rsidR="00AD40AE" w:rsidRPr="00AB685C" w:rsidRDefault="00000000">
      <w:pPr>
        <w:pStyle w:val="Titre1"/>
        <w:rPr>
          <w:rFonts w:ascii="Times New Roman" w:hAnsi="Times New Roman" w:cs="Times New Roman"/>
          <w:sz w:val="24"/>
          <w:szCs w:val="24"/>
          <w:lang w:val="fr-FR"/>
        </w:rPr>
      </w:pPr>
      <w:r w:rsidRPr="00AB685C">
        <w:rPr>
          <w:rFonts w:ascii="Times New Roman" w:hAnsi="Times New Roman" w:cs="Times New Roman"/>
          <w:sz w:val="24"/>
          <w:szCs w:val="24"/>
          <w:lang w:val="fr-FR"/>
        </w:rPr>
        <w:t>5. Vos attentes et les conditions de réussite</w:t>
      </w:r>
    </w:p>
    <w:p w14:paraId="4B9B706D"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13. Qu’attendez-vous prioritairement de ce bilan ?</w:t>
      </w:r>
    </w:p>
    <w:p w14:paraId="2534E1D6"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Choisissez jusqu’à trois réponses.</w:t>
      </w:r>
    </w:p>
    <w:p w14:paraId="78C89938"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Mieux me connaître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Valoriser mes compétences</w:t>
      </w:r>
    </w:p>
    <w:p w14:paraId="42AAE850"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Retrouver confiance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Clarifier mes priorités</w:t>
      </w:r>
    </w:p>
    <w:p w14:paraId="319F1F5A"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Explorer des évolutions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Construire un projet réaliste</w:t>
      </w:r>
    </w:p>
    <w:p w14:paraId="408294D0"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Vérifier sa faisabilité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Identifier les formations</w:t>
      </w:r>
    </w:p>
    <w:p w14:paraId="6C93D696"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Prendre du recul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Définir un plan d’action</w:t>
      </w:r>
    </w:p>
    <w:p w14:paraId="7E9C2F53"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Autre</w:t>
      </w:r>
    </w:p>
    <w:p w14:paraId="48D086A7"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14. De quoi pensez-vous avoir le plus besoin de ma part ?</w:t>
      </w:r>
    </w:p>
    <w:p w14:paraId="02CA861E"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Écoute bienveillante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Cadre et outils concrets</w:t>
      </w:r>
    </w:p>
    <w:p w14:paraId="2E87F162"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Regard extérieur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Clarifier mes choix</w:t>
      </w:r>
    </w:p>
    <w:p w14:paraId="30441732"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lastRenderedPageBreak/>
        <w:t>☐</w:t>
      </w:r>
      <w:r w:rsidRPr="00AB685C">
        <w:rPr>
          <w:rFonts w:ascii="Times New Roman" w:hAnsi="Times New Roman" w:cs="Times New Roman"/>
          <w:sz w:val="24"/>
          <w:szCs w:val="24"/>
          <w:lang w:val="fr-FR"/>
        </w:rPr>
        <w:t xml:space="preserve"> Dépasser certains freins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Passer à l’action</w:t>
      </w:r>
    </w:p>
    <w:p w14:paraId="3F3A946F"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Prise en compte globale de mes besoins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Autre</w:t>
      </w:r>
    </w:p>
    <w:p w14:paraId="455D33CD"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15. À la fin de ce parcours, qu’est-ce qui vous fera dire : « C’est ce dont j’avais besoin » ?</w:t>
      </w:r>
    </w:p>
    <w:p w14:paraId="23991245"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425EAFE4"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458E9AF7" w14:textId="77777777" w:rsidR="00AD40AE" w:rsidRPr="00AB685C" w:rsidRDefault="00000000">
      <w:pPr>
        <w:pStyle w:val="Titre2"/>
        <w:rPr>
          <w:rFonts w:ascii="Times New Roman" w:hAnsi="Times New Roman" w:cs="Times New Roman"/>
          <w:sz w:val="24"/>
          <w:szCs w:val="24"/>
          <w:lang w:val="fr-FR"/>
        </w:rPr>
      </w:pPr>
      <w:r w:rsidRPr="00AB685C">
        <w:rPr>
          <w:rFonts w:ascii="Times New Roman" w:hAnsi="Times New Roman" w:cs="Times New Roman"/>
          <w:sz w:val="24"/>
          <w:szCs w:val="24"/>
          <w:lang w:val="fr-FR"/>
        </w:rPr>
        <w:t>16. Comment vous sentez-vous aujourd’hui pour entreprendre cette démarche ?</w:t>
      </w:r>
    </w:p>
    <w:p w14:paraId="0ADBC71B"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Un élément particulier à prendre en considération ?</w:t>
      </w:r>
    </w:p>
    <w:p w14:paraId="2C721454"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Motivé(e) et disponible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Motivé(e), avec des appréhensions</w:t>
      </w:r>
    </w:p>
    <w:p w14:paraId="2F8292DD"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En questionnement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Fatigué(e), besoin d’un rythme adapté</w:t>
      </w:r>
    </w:p>
    <w:p w14:paraId="3F48F28A" w14:textId="77777777" w:rsidR="00AD40AE" w:rsidRPr="00AB685C" w:rsidRDefault="00000000">
      <w:pPr>
        <w:rPr>
          <w:rFonts w:ascii="Times New Roman" w:hAnsi="Times New Roman" w:cs="Times New Roman"/>
          <w:sz w:val="24"/>
          <w:szCs w:val="24"/>
          <w:lang w:val="fr-FR"/>
        </w:rPr>
      </w:pP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Je ne sais pas</w:t>
      </w:r>
    </w:p>
    <w:p w14:paraId="6C8D7232"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w:t>
      </w:r>
    </w:p>
    <w:p w14:paraId="0962CEBF" w14:textId="77777777" w:rsidR="00AD40AE" w:rsidRPr="00AB685C" w:rsidRDefault="00000000">
      <w:pPr>
        <w:pStyle w:val="Titre1"/>
        <w:rPr>
          <w:rFonts w:ascii="Times New Roman" w:hAnsi="Times New Roman" w:cs="Times New Roman"/>
          <w:sz w:val="24"/>
          <w:szCs w:val="24"/>
          <w:lang w:val="fr-FR"/>
        </w:rPr>
      </w:pPr>
      <w:r w:rsidRPr="00AB685C">
        <w:rPr>
          <w:rFonts w:ascii="Times New Roman" w:hAnsi="Times New Roman" w:cs="Times New Roman"/>
          <w:sz w:val="24"/>
          <w:szCs w:val="24"/>
          <w:lang w:val="fr-FR"/>
        </w:rPr>
        <w:t>6. Modalités pratiques et accessibilité</w:t>
      </w:r>
    </w:p>
    <w:p w14:paraId="2EA21C20"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 xml:space="preserve">Format souhaité :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Présentiel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Distanciel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Mixte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À définir ensemble</w:t>
      </w:r>
    </w:p>
    <w:p w14:paraId="1C1DCDF2"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 xml:space="preserve">Financement envisagé :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CPF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Personnel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Employeur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OPCO / Transitions Pro (selon éligibilité)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France Travail / autre dispositif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À définir</w:t>
      </w:r>
    </w:p>
    <w:p w14:paraId="3E7279FB"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 xml:space="preserve">Avez-vous besoin d’aménagements pour suivre le bilan dans de bonnes conditions ?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Oui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Non  </w:t>
      </w:r>
      <w:r w:rsidRPr="00AB685C">
        <w:rPr>
          <w:rFonts w:ascii="Segoe UI Symbol" w:hAnsi="Segoe UI Symbol" w:cs="Segoe UI Symbol"/>
          <w:sz w:val="24"/>
          <w:szCs w:val="24"/>
          <w:lang w:val="fr-FR"/>
        </w:rPr>
        <w:t>☐</w:t>
      </w:r>
      <w:r w:rsidRPr="00AB685C">
        <w:rPr>
          <w:rFonts w:ascii="Times New Roman" w:hAnsi="Times New Roman" w:cs="Times New Roman"/>
          <w:sz w:val="24"/>
          <w:szCs w:val="24"/>
          <w:lang w:val="fr-FR"/>
        </w:rPr>
        <w:t xml:space="preserve"> Je préfère en parler</w:t>
      </w:r>
    </w:p>
    <w:p w14:paraId="48BE6D72"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Si oui, adaptations souhaitées (sans obligation de communiquer un diagnostic) : ................................................</w:t>
      </w:r>
    </w:p>
    <w:p w14:paraId="4C799165"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Référente handicap : Ruthy Harros — ruthy.harros@yahoo.fr</w:t>
      </w:r>
    </w:p>
    <w:p w14:paraId="6ECBA781"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Une question ou un élément à partager avant notre rencontre ? .........................................................................</w:t>
      </w:r>
    </w:p>
    <w:p w14:paraId="15E5FB93" w14:textId="77777777" w:rsidR="00AD40AE" w:rsidRPr="00AB685C" w:rsidRDefault="00000000">
      <w:pPr>
        <w:pStyle w:val="Titre1"/>
        <w:rPr>
          <w:rFonts w:ascii="Times New Roman" w:hAnsi="Times New Roman" w:cs="Times New Roman"/>
          <w:sz w:val="24"/>
          <w:szCs w:val="24"/>
          <w:lang w:val="fr-FR"/>
        </w:rPr>
      </w:pPr>
      <w:r w:rsidRPr="00AB685C">
        <w:rPr>
          <w:rFonts w:ascii="Times New Roman" w:hAnsi="Times New Roman" w:cs="Times New Roman"/>
          <w:sz w:val="24"/>
          <w:szCs w:val="24"/>
          <w:lang w:val="fr-FR"/>
        </w:rPr>
        <w:t>Notre premier échange</w:t>
      </w:r>
    </w:p>
    <w:p w14:paraId="32F0E5AF"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Vous pouvez retourner ce questionnaire à ruthy.harros@yahoo.fr. Nous conviendrons ensuite d’un entretien préalable individuel de 30 à 40 minutes, gratuit et sans engagement, par WhatsApp, Zoom ou téléphone selon votre préférence. Il permettra de préciser vos besoins, de vérifier ensemble la pertinence du bilan, de présenter les phases et outils mobilisés, et d’aborder rythme, financement et éventuelles adaptations.</w:t>
      </w:r>
    </w:p>
    <w:p w14:paraId="5EA835A7"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Aucune inscription ni aucun engagement ne résulte de cet entretien.</w:t>
      </w:r>
    </w:p>
    <w:p w14:paraId="761F21A7" w14:textId="77777777" w:rsidR="00AD40AE" w:rsidRPr="00AB685C" w:rsidRDefault="00000000">
      <w:pPr>
        <w:pStyle w:val="Titre1"/>
        <w:rPr>
          <w:rFonts w:ascii="Times New Roman" w:hAnsi="Times New Roman" w:cs="Times New Roman"/>
          <w:sz w:val="24"/>
          <w:szCs w:val="24"/>
          <w:lang w:val="fr-FR"/>
        </w:rPr>
      </w:pPr>
      <w:r w:rsidRPr="00AB685C">
        <w:rPr>
          <w:rFonts w:ascii="Times New Roman" w:hAnsi="Times New Roman" w:cs="Times New Roman"/>
          <w:sz w:val="24"/>
          <w:szCs w:val="24"/>
          <w:lang w:val="fr-FR"/>
        </w:rPr>
        <w:t>Informations précontractuelles</w:t>
      </w:r>
    </w:p>
    <w:p w14:paraId="235B09A4"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 xml:space="preserve">Avant tout engagement, les informations relatives aux objectifs, au programme, à la durée, aux modalités, au tarif, aux financements et aux conditions contractuelles applicables vous seront </w:t>
      </w:r>
      <w:r w:rsidRPr="00AB685C">
        <w:rPr>
          <w:rFonts w:ascii="Times New Roman" w:hAnsi="Times New Roman" w:cs="Times New Roman"/>
          <w:sz w:val="24"/>
          <w:szCs w:val="24"/>
          <w:lang w:val="fr-FR"/>
        </w:rPr>
        <w:lastRenderedPageBreak/>
        <w:t>communiquées. L’inscription n’interviendra qu’après accomplissement des formalités correspondantes.</w:t>
      </w:r>
    </w:p>
    <w:p w14:paraId="768DA9B9" w14:textId="77777777" w:rsidR="00AD40AE" w:rsidRPr="00AB685C" w:rsidRDefault="00000000">
      <w:pPr>
        <w:pStyle w:val="Titre1"/>
        <w:rPr>
          <w:rFonts w:ascii="Times New Roman" w:hAnsi="Times New Roman" w:cs="Times New Roman"/>
          <w:sz w:val="24"/>
          <w:szCs w:val="24"/>
          <w:lang w:val="fr-FR"/>
        </w:rPr>
      </w:pPr>
      <w:r w:rsidRPr="00AB685C">
        <w:rPr>
          <w:rFonts w:ascii="Times New Roman" w:hAnsi="Times New Roman" w:cs="Times New Roman"/>
          <w:sz w:val="24"/>
          <w:szCs w:val="24"/>
          <w:lang w:val="fr-FR"/>
        </w:rPr>
        <w:t>Confidentialité et données personnelles</w:t>
      </w:r>
    </w:p>
    <w:p w14:paraId="33B5138C"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Les réponses sont recueillies par Ruthy Harros afin de préparer l’entretien préalable, de comprendre votre demande et d’apprécier la pertinence d’un bilan de compétences. Vous pouvez laisser sans réponse les questions personnelles que vous préférez aborder oralement. Vos informations ne sont pas communiquées à votre employeur sans votre accord. Elles sont traitées conformément au RGPD et à la loi Informatique et Libertés. Les bases légales, durées de conservation, destinataires et modalités d’exercice de vos droits doivent être précisés dans la notice de confidentialité mise à votre disposition. Pour exercer vos droits : ruthy.harros@yahoo.fr.</w:t>
      </w:r>
    </w:p>
    <w:p w14:paraId="44BBA6B8" w14:textId="77777777" w:rsidR="00AD40AE" w:rsidRPr="00AB685C" w:rsidRDefault="00000000">
      <w:pPr>
        <w:pStyle w:val="Titre1"/>
        <w:rPr>
          <w:rFonts w:ascii="Times New Roman" w:hAnsi="Times New Roman" w:cs="Times New Roman"/>
          <w:sz w:val="24"/>
          <w:szCs w:val="24"/>
          <w:lang w:val="fr-FR"/>
        </w:rPr>
      </w:pPr>
      <w:r w:rsidRPr="00AB685C">
        <w:rPr>
          <w:rFonts w:ascii="Times New Roman" w:hAnsi="Times New Roman" w:cs="Times New Roman"/>
          <w:sz w:val="24"/>
          <w:szCs w:val="24"/>
          <w:lang w:val="fr-FR"/>
        </w:rPr>
        <w:t>Pour terminer…</w:t>
      </w:r>
    </w:p>
    <w:p w14:paraId="6DF7B7E8"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Merci d’avoir pris ce temps pour vous. Un bilan de compétences ne consiste pas nécessairement à tout changer : il peut aussi vous permettre de reconnaître vos ressources, de clarifier vos priorités et de construire une trajectoire professionnelle qui vous ressemble, dans des conditions réalistes et réalisables.</w:t>
      </w:r>
    </w:p>
    <w:p w14:paraId="53574208"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Au plaisir de faire votre connaissance et de vous accompagner dans cette nouvelle étape.</w:t>
      </w:r>
    </w:p>
    <w:p w14:paraId="558D0565"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Ruthy Harros — Hémisphère du possible</w:t>
      </w:r>
    </w:p>
    <w:p w14:paraId="1E14E164" w14:textId="77777777" w:rsidR="00AD40AE" w:rsidRPr="00AB685C" w:rsidRDefault="00000000">
      <w:pPr>
        <w:rPr>
          <w:rFonts w:ascii="Times New Roman" w:hAnsi="Times New Roman" w:cs="Times New Roman"/>
          <w:sz w:val="24"/>
          <w:szCs w:val="24"/>
          <w:lang w:val="fr-FR"/>
        </w:rPr>
      </w:pPr>
      <w:r w:rsidRPr="00AB685C">
        <w:rPr>
          <w:rFonts w:ascii="Times New Roman" w:hAnsi="Times New Roman" w:cs="Times New Roman"/>
          <w:sz w:val="24"/>
          <w:szCs w:val="24"/>
          <w:lang w:val="fr-FR"/>
        </w:rPr>
        <w:t>Date de remplissage : …… / …… / …………</w:t>
      </w:r>
    </w:p>
    <w:sectPr w:rsidR="00AD40AE" w:rsidRPr="00AB685C" w:rsidSect="00034616">
      <w:footerReference w:type="default" r:id="rId9"/>
      <w:pgSz w:w="12240" w:h="15840"/>
      <w:pgMar w:top="1020" w:right="1191" w:bottom="964" w:left="119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304F4" w14:textId="77777777" w:rsidR="00F5171E" w:rsidRDefault="00F5171E">
      <w:pPr>
        <w:spacing w:after="0" w:line="240" w:lineRule="auto"/>
      </w:pPr>
      <w:r>
        <w:separator/>
      </w:r>
    </w:p>
  </w:endnote>
  <w:endnote w:type="continuationSeparator" w:id="0">
    <w:p w14:paraId="045B11D0" w14:textId="77777777" w:rsidR="00F5171E" w:rsidRDefault="00F51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D1E5B" w14:textId="77777777" w:rsidR="00AD40AE" w:rsidRPr="00AB685C" w:rsidRDefault="00000000">
    <w:pPr>
      <w:pStyle w:val="Pieddepage"/>
      <w:jc w:val="right"/>
      <w:rPr>
        <w:lang w:val="fr-FR"/>
      </w:rPr>
    </w:pPr>
    <w:r w:rsidRPr="00AB685C">
      <w:rPr>
        <w:lang w:val="fr-FR"/>
      </w:rPr>
      <w:t>Ruthy Harros  •  Questionnaire préalable d’analyse des besoins  •  Octobre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AE6B89" w14:textId="77777777" w:rsidR="00F5171E" w:rsidRDefault="00F5171E">
      <w:pPr>
        <w:spacing w:after="0" w:line="240" w:lineRule="auto"/>
      </w:pPr>
      <w:r>
        <w:separator/>
      </w:r>
    </w:p>
  </w:footnote>
  <w:footnote w:type="continuationSeparator" w:id="0">
    <w:p w14:paraId="644E2CDB" w14:textId="77777777" w:rsidR="00F5171E" w:rsidRDefault="00F517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25843159">
    <w:abstractNumId w:val="8"/>
  </w:num>
  <w:num w:numId="2" w16cid:durableId="1314485694">
    <w:abstractNumId w:val="6"/>
  </w:num>
  <w:num w:numId="3" w16cid:durableId="893539776">
    <w:abstractNumId w:val="5"/>
  </w:num>
  <w:num w:numId="4" w16cid:durableId="1862620582">
    <w:abstractNumId w:val="4"/>
  </w:num>
  <w:num w:numId="5" w16cid:durableId="1859349223">
    <w:abstractNumId w:val="7"/>
  </w:num>
  <w:num w:numId="6" w16cid:durableId="1850169466">
    <w:abstractNumId w:val="3"/>
  </w:num>
  <w:num w:numId="7" w16cid:durableId="1943878671">
    <w:abstractNumId w:val="2"/>
  </w:num>
  <w:num w:numId="8" w16cid:durableId="744454835">
    <w:abstractNumId w:val="1"/>
  </w:num>
  <w:num w:numId="9" w16cid:durableId="489105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32F3"/>
    <w:rsid w:val="00326F90"/>
    <w:rsid w:val="00AA1D8D"/>
    <w:rsid w:val="00AB685C"/>
    <w:rsid w:val="00AD40AE"/>
    <w:rsid w:val="00B47730"/>
    <w:rsid w:val="00CB0664"/>
    <w:rsid w:val="00F517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95B9903"/>
  <w14:defaultImageDpi w14:val="300"/>
  <w15:docId w15:val="{184B866F-D48D-4D55-A476-A78FE40B1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9"/>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894835"/>
      <w:sz w:val="26"/>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894835"/>
      <w:sz w:val="21"/>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894835"/>
      <w:spacing w:val="5"/>
      <w:kern w:val="28"/>
      <w:sz w:val="3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1708</Words>
  <Characters>9399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11085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Ruthy Harros Ginor</cp:lastModifiedBy>
  <cp:revision>2</cp:revision>
  <dcterms:created xsi:type="dcterms:W3CDTF">2026-10-29T15:14:00Z</dcterms:created>
  <dcterms:modified xsi:type="dcterms:W3CDTF">2026-10-29T15:14:00Z</dcterms:modified>
  <cp:category/>
</cp:coreProperties>
</file>